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7955A" w14:textId="5A84BEE8" w:rsidR="00E0397E" w:rsidRPr="00AE5696" w:rsidRDefault="008B6780" w:rsidP="008B6780">
      <w:pPr>
        <w:spacing w:after="0"/>
        <w:rPr>
          <w:sz w:val="36"/>
          <w:szCs w:val="36"/>
        </w:rPr>
      </w:pPr>
      <w:r w:rsidRPr="00AE5696">
        <w:rPr>
          <w:noProof/>
          <w:sz w:val="36"/>
          <w:szCs w:val="36"/>
        </w:rPr>
        <w:drawing>
          <wp:anchor distT="0" distB="0" distL="114300" distR="114300" simplePos="0" relativeHeight="251658752" behindDoc="0" locked="0" layoutInCell="1" allowOverlap="1" wp14:anchorId="656A2296" wp14:editId="072575B7">
            <wp:simplePos x="0" y="0"/>
            <wp:positionH relativeFrom="column">
              <wp:posOffset>4663440</wp:posOffset>
            </wp:positionH>
            <wp:positionV relativeFrom="paragraph">
              <wp:posOffset>17780</wp:posOffset>
            </wp:positionV>
            <wp:extent cx="2238922" cy="95250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4550" t="28117" r="17036" b="30752"/>
                    <a:stretch/>
                  </pic:blipFill>
                  <pic:spPr bwMode="auto">
                    <a:xfrm>
                      <a:off x="0" y="0"/>
                      <a:ext cx="2238922" cy="952500"/>
                    </a:xfrm>
                    <a:prstGeom prst="rect">
                      <a:avLst/>
                    </a:prstGeom>
                    <a:noFill/>
                    <a:ln>
                      <a:noFill/>
                    </a:ln>
                    <a:extLst>
                      <a:ext uri="{53640926-AAD7-44D8-BBD7-CCE9431645EC}">
                        <a14:shadowObscured xmlns:a14="http://schemas.microsoft.com/office/drawing/2010/main"/>
                      </a:ext>
                    </a:extLst>
                  </pic:spPr>
                </pic:pic>
              </a:graphicData>
            </a:graphic>
          </wp:anchor>
        </w:drawing>
      </w:r>
      <w:r w:rsidRPr="00AE5696">
        <w:rPr>
          <w:b/>
          <w:color w:val="2C8C8A"/>
          <w:sz w:val="36"/>
          <w:szCs w:val="36"/>
        </w:rPr>
        <w:t>CANDIDATE INFORMATION PACK</w:t>
      </w:r>
    </w:p>
    <w:p w14:paraId="18F95C43" w14:textId="77777777" w:rsidR="00E0397E" w:rsidRDefault="00CD11F3">
      <w:pPr>
        <w:pStyle w:val="Title"/>
        <w:spacing w:after="40"/>
      </w:pPr>
      <w:r>
        <w:t>Youth &amp; Children’s Minister</w:t>
      </w:r>
    </w:p>
    <w:p w14:paraId="2F0BFC3D" w14:textId="7033AEA6" w:rsidR="00E0397E" w:rsidRDefault="00CD11F3" w:rsidP="00AE5696">
      <w:pPr>
        <w:spacing w:after="140"/>
      </w:pPr>
      <w:r>
        <w:rPr>
          <w:b/>
          <w:sz w:val="25"/>
        </w:rPr>
        <w:t>A fuller picture of Christ Church St Andrews, our church family and the ministry opportunity.</w:t>
      </w:r>
    </w:p>
    <w:tbl>
      <w:tblPr>
        <w:tblW w:w="0" w:type="auto"/>
        <w:tblBorders>
          <w:top w:val="nil"/>
          <w:left w:val="nil"/>
          <w:bottom w:val="nil"/>
          <w:right w:val="nil"/>
          <w:insideH w:val="nil"/>
          <w:insideV w:val="nil"/>
        </w:tblBorders>
        <w:tblLook w:val="04A0" w:firstRow="1" w:lastRow="0" w:firstColumn="1" w:lastColumn="0" w:noHBand="0" w:noVBand="1"/>
      </w:tblPr>
      <w:tblGrid>
        <w:gridCol w:w="10454"/>
      </w:tblGrid>
      <w:tr w:rsidR="00E0397E" w14:paraId="46CF18F8" w14:textId="77777777">
        <w:tc>
          <w:tcPr>
            <w:tcW w:w="10454" w:type="dxa"/>
            <w:shd w:val="clear" w:color="auto" w:fill="FFD400"/>
            <w:tcMar>
              <w:top w:w="145" w:type="dxa"/>
              <w:left w:w="180" w:type="dxa"/>
              <w:bottom w:w="145" w:type="dxa"/>
              <w:right w:w="180" w:type="dxa"/>
            </w:tcMar>
          </w:tcPr>
          <w:p w14:paraId="79D88F77" w14:textId="77777777" w:rsidR="00E0397E" w:rsidRPr="008B6780" w:rsidRDefault="00CD11F3">
            <w:pPr>
              <w:spacing w:after="20"/>
              <w:rPr>
                <w:sz w:val="28"/>
                <w:szCs w:val="28"/>
              </w:rPr>
            </w:pPr>
            <w:r w:rsidRPr="008B6780">
              <w:rPr>
                <w:b/>
                <w:color w:val="123A63"/>
                <w:sz w:val="28"/>
                <w:szCs w:val="28"/>
              </w:rPr>
              <w:t>OUR VISION</w:t>
            </w:r>
          </w:p>
          <w:p w14:paraId="0404CA3C" w14:textId="77777777" w:rsidR="00E0397E" w:rsidRDefault="00CD11F3">
            <w:pPr>
              <w:spacing w:after="0"/>
            </w:pPr>
            <w:r w:rsidRPr="008B6780">
              <w:rPr>
                <w:sz w:val="28"/>
                <w:szCs w:val="28"/>
              </w:rPr>
              <w:t>Our aim is to glorify God by building a Christ-centred community through the power of the Holy Spirit. We do this by making and growing followers of Jesus.</w:t>
            </w:r>
          </w:p>
        </w:tc>
      </w:tr>
    </w:tbl>
    <w:p w14:paraId="11FDAC47" w14:textId="34F4B53C" w:rsidR="00E0397E" w:rsidRDefault="00CD11F3" w:rsidP="008B6780">
      <w:pPr>
        <w:pStyle w:val="Heading1"/>
        <w:jc w:val="both"/>
      </w:pPr>
      <w:r>
        <w:t>Welcome</w:t>
      </w:r>
      <w:r w:rsidR="008B6780">
        <w:t>!</w:t>
      </w:r>
    </w:p>
    <w:p w14:paraId="4BC6CC86" w14:textId="77777777" w:rsidR="00E0397E" w:rsidRPr="008B6780" w:rsidRDefault="00CD11F3" w:rsidP="008B6780">
      <w:pPr>
        <w:jc w:val="both"/>
        <w:rPr>
          <w:sz w:val="24"/>
          <w:szCs w:val="24"/>
        </w:rPr>
      </w:pPr>
      <w:r w:rsidRPr="008B6780">
        <w:rPr>
          <w:sz w:val="24"/>
          <w:szCs w:val="24"/>
        </w:rPr>
        <w:t>Thank you for considering the Youth &amp; Children’s Minister role at Christ Church St Andrews. This pack gives more background than the main advert so that you can understand the church, our current ministry and the opportunities we see for the future.</w:t>
      </w:r>
    </w:p>
    <w:p w14:paraId="24A11B61" w14:textId="77777777" w:rsidR="00E0397E" w:rsidRDefault="00CD11F3" w:rsidP="008B6780">
      <w:pPr>
        <w:pStyle w:val="Heading1"/>
        <w:jc w:val="both"/>
      </w:pPr>
      <w:r>
        <w:t>About Christ Church St Andrews</w:t>
      </w:r>
    </w:p>
    <w:p w14:paraId="53A424E4" w14:textId="21718D5A" w:rsidR="00E0397E" w:rsidRPr="008B6780" w:rsidRDefault="00CD11F3" w:rsidP="008B6780">
      <w:pPr>
        <w:jc w:val="both"/>
        <w:rPr>
          <w:sz w:val="24"/>
          <w:szCs w:val="24"/>
        </w:rPr>
      </w:pPr>
      <w:r w:rsidRPr="008B6780">
        <w:rPr>
          <w:sz w:val="24"/>
          <w:szCs w:val="24"/>
        </w:rPr>
        <w:t>We are a welcoming and growing church based in the heart of Herne Bay. In recent years we have seen encouraging growth in children, young people and families connecting</w:t>
      </w:r>
      <w:r w:rsidRPr="008B6780">
        <w:rPr>
          <w:sz w:val="24"/>
          <w:szCs w:val="24"/>
        </w:rPr>
        <w:t xml:space="preserve"> with church through Sunday services, children’s and youth ministries and schools</w:t>
      </w:r>
      <w:r w:rsidR="00535B9D">
        <w:rPr>
          <w:sz w:val="24"/>
          <w:szCs w:val="24"/>
        </w:rPr>
        <w:t>’</w:t>
      </w:r>
      <w:r w:rsidRPr="008B6780">
        <w:rPr>
          <w:sz w:val="24"/>
          <w:szCs w:val="24"/>
        </w:rPr>
        <w:t xml:space="preserve"> ministry.</w:t>
      </w:r>
    </w:p>
    <w:p w14:paraId="24E2C186" w14:textId="419CE7A0" w:rsidR="00535B9D" w:rsidRDefault="00CD11F3" w:rsidP="008B6780">
      <w:pPr>
        <w:jc w:val="both"/>
        <w:rPr>
          <w:sz w:val="24"/>
          <w:szCs w:val="24"/>
        </w:rPr>
      </w:pPr>
      <w:r w:rsidRPr="008B6780">
        <w:rPr>
          <w:sz w:val="24"/>
          <w:szCs w:val="24"/>
        </w:rPr>
        <w:t xml:space="preserve">We are an evangelical Anglican church seeking to present the gospel clearly and relevantly. </w:t>
      </w:r>
      <w:r w:rsidR="00740906">
        <w:rPr>
          <w:sz w:val="24"/>
          <w:szCs w:val="24"/>
        </w:rPr>
        <w:t xml:space="preserve">We have </w:t>
      </w:r>
      <w:r w:rsidR="00236D69">
        <w:rPr>
          <w:sz w:val="24"/>
          <w:szCs w:val="24"/>
        </w:rPr>
        <w:t>6</w:t>
      </w:r>
      <w:r w:rsidR="00740906">
        <w:rPr>
          <w:sz w:val="24"/>
          <w:szCs w:val="24"/>
        </w:rPr>
        <w:t>congregations</w:t>
      </w:r>
      <w:r w:rsidR="00D241A6">
        <w:rPr>
          <w:sz w:val="24"/>
          <w:szCs w:val="24"/>
        </w:rPr>
        <w:t xml:space="preserve"> </w:t>
      </w:r>
    </w:p>
    <w:p w14:paraId="6B435089" w14:textId="7E083E49" w:rsidR="00535B9D" w:rsidRDefault="00535B9D" w:rsidP="00535B9D">
      <w:pPr>
        <w:pStyle w:val="Heading1"/>
        <w:jc w:val="both"/>
      </w:pPr>
      <w:r>
        <w:t>Our Congregations</w:t>
      </w:r>
    </w:p>
    <w:p w14:paraId="340F003A" w14:textId="4628CFF5" w:rsidR="00535B9D" w:rsidRDefault="00535B9D" w:rsidP="00535B9D">
      <w:pPr>
        <w:pStyle w:val="ListParagraph"/>
        <w:numPr>
          <w:ilvl w:val="0"/>
          <w:numId w:val="10"/>
        </w:numPr>
        <w:ind w:left="567" w:hanging="567"/>
        <w:rPr>
          <w:sz w:val="24"/>
          <w:szCs w:val="24"/>
        </w:rPr>
      </w:pPr>
      <w:r>
        <w:rPr>
          <w:sz w:val="24"/>
          <w:szCs w:val="24"/>
        </w:rPr>
        <w:t xml:space="preserve">Tuesday Bay Ignite </w:t>
      </w:r>
      <w:proofErr w:type="gramStart"/>
      <w:r>
        <w:rPr>
          <w:sz w:val="24"/>
          <w:szCs w:val="24"/>
        </w:rPr>
        <w:t xml:space="preserve">– </w:t>
      </w:r>
      <w:r w:rsidR="00E577C4" w:rsidRPr="008B6780">
        <w:rPr>
          <w:sz w:val="24"/>
          <w:szCs w:val="24"/>
        </w:rPr>
        <w:t>,</w:t>
      </w:r>
      <w:proofErr w:type="gramEnd"/>
      <w:r w:rsidR="00E577C4" w:rsidRPr="008B6780">
        <w:rPr>
          <w:sz w:val="24"/>
          <w:szCs w:val="24"/>
        </w:rPr>
        <w:t xml:space="preserve"> a family congregation that connects with young families</w:t>
      </w:r>
      <w:r w:rsidR="00E577C4">
        <w:rPr>
          <w:sz w:val="24"/>
          <w:szCs w:val="24"/>
        </w:rPr>
        <w:t xml:space="preserve"> </w:t>
      </w:r>
      <w:r w:rsidR="00294D91">
        <w:rPr>
          <w:sz w:val="24"/>
          <w:szCs w:val="24"/>
        </w:rPr>
        <w:t>(</w:t>
      </w:r>
      <w:r w:rsidR="00E577C4">
        <w:rPr>
          <w:sz w:val="24"/>
          <w:szCs w:val="24"/>
        </w:rPr>
        <w:t>most children ages 3-11)</w:t>
      </w:r>
      <w:r w:rsidR="00E577C4" w:rsidRPr="008B6780">
        <w:rPr>
          <w:sz w:val="24"/>
          <w:szCs w:val="24"/>
        </w:rPr>
        <w:t>, including families with special needs and many single-parent families</w:t>
      </w:r>
      <w:r>
        <w:rPr>
          <w:sz w:val="24"/>
          <w:szCs w:val="24"/>
        </w:rPr>
        <w:t>. Average attendance 40-45, Congregation size 60.</w:t>
      </w:r>
    </w:p>
    <w:p w14:paraId="358DF3AE" w14:textId="71FA4F87" w:rsidR="00535B9D" w:rsidRDefault="00535B9D" w:rsidP="00535B9D">
      <w:pPr>
        <w:pStyle w:val="ListParagraph"/>
        <w:numPr>
          <w:ilvl w:val="0"/>
          <w:numId w:val="10"/>
        </w:numPr>
        <w:ind w:left="567" w:hanging="567"/>
        <w:rPr>
          <w:sz w:val="24"/>
          <w:szCs w:val="24"/>
        </w:rPr>
      </w:pPr>
      <w:r>
        <w:rPr>
          <w:sz w:val="24"/>
          <w:szCs w:val="24"/>
        </w:rPr>
        <w:t xml:space="preserve">Thursday Bay Ignite – a </w:t>
      </w:r>
      <w:r w:rsidR="00236D69">
        <w:rPr>
          <w:sz w:val="24"/>
          <w:szCs w:val="24"/>
        </w:rPr>
        <w:t xml:space="preserve">weekly </w:t>
      </w:r>
      <w:r>
        <w:rPr>
          <w:sz w:val="24"/>
          <w:szCs w:val="24"/>
        </w:rPr>
        <w:t>congregation which reaches those with additional needs but not limited to those people. Average attendance 25-30, Congregation size 40.</w:t>
      </w:r>
    </w:p>
    <w:p w14:paraId="42081455" w14:textId="08A3F487" w:rsidR="00535B9D" w:rsidRDefault="00535B9D" w:rsidP="00535B9D">
      <w:pPr>
        <w:pStyle w:val="ListParagraph"/>
        <w:numPr>
          <w:ilvl w:val="0"/>
          <w:numId w:val="10"/>
        </w:numPr>
        <w:ind w:left="567" w:hanging="567"/>
        <w:rPr>
          <w:sz w:val="24"/>
          <w:szCs w:val="24"/>
        </w:rPr>
      </w:pPr>
      <w:r>
        <w:rPr>
          <w:sz w:val="24"/>
          <w:szCs w:val="24"/>
        </w:rPr>
        <w:t xml:space="preserve">Sunday 9am – a </w:t>
      </w:r>
      <w:r w:rsidR="00236D69">
        <w:rPr>
          <w:sz w:val="24"/>
          <w:szCs w:val="24"/>
        </w:rPr>
        <w:t xml:space="preserve">weekly </w:t>
      </w:r>
      <w:r>
        <w:rPr>
          <w:sz w:val="24"/>
          <w:szCs w:val="24"/>
        </w:rPr>
        <w:t>communion service for those who like a smaller service.</w:t>
      </w:r>
    </w:p>
    <w:p w14:paraId="1D9E652F" w14:textId="1518BDF3" w:rsidR="00535B9D" w:rsidRDefault="00535B9D" w:rsidP="00535B9D">
      <w:pPr>
        <w:pStyle w:val="ListParagraph"/>
        <w:ind w:left="567"/>
        <w:rPr>
          <w:sz w:val="24"/>
          <w:szCs w:val="24"/>
        </w:rPr>
      </w:pPr>
      <w:r>
        <w:rPr>
          <w:sz w:val="24"/>
          <w:szCs w:val="24"/>
        </w:rPr>
        <w:t>Average attendance 30-40, Congregation size 45.</w:t>
      </w:r>
    </w:p>
    <w:p w14:paraId="0CEC3D0E" w14:textId="7CD6D047" w:rsidR="00535B9D" w:rsidRDefault="00535B9D" w:rsidP="00535B9D">
      <w:pPr>
        <w:pStyle w:val="ListParagraph"/>
        <w:numPr>
          <w:ilvl w:val="0"/>
          <w:numId w:val="10"/>
        </w:numPr>
        <w:ind w:left="567" w:hanging="567"/>
        <w:rPr>
          <w:sz w:val="24"/>
          <w:szCs w:val="24"/>
        </w:rPr>
      </w:pPr>
      <w:r>
        <w:rPr>
          <w:sz w:val="24"/>
          <w:szCs w:val="24"/>
        </w:rPr>
        <w:t xml:space="preserve">Sunday 11am – a </w:t>
      </w:r>
      <w:r w:rsidR="00236D69">
        <w:rPr>
          <w:sz w:val="24"/>
          <w:szCs w:val="24"/>
        </w:rPr>
        <w:t xml:space="preserve">weekly </w:t>
      </w:r>
      <w:r>
        <w:rPr>
          <w:sz w:val="24"/>
          <w:szCs w:val="24"/>
        </w:rPr>
        <w:t>larger, more informal service</w:t>
      </w:r>
      <w:r w:rsidR="00236D69">
        <w:rPr>
          <w:sz w:val="24"/>
          <w:szCs w:val="24"/>
        </w:rPr>
        <w:t xml:space="preserve"> with communion once a month</w:t>
      </w:r>
      <w:r>
        <w:rPr>
          <w:sz w:val="24"/>
          <w:szCs w:val="24"/>
        </w:rPr>
        <w:t>.</w:t>
      </w:r>
    </w:p>
    <w:p w14:paraId="1F7EDF7D" w14:textId="07B19ECA" w:rsidR="00236D69" w:rsidRPr="00236D69" w:rsidRDefault="00236D69" w:rsidP="00236D69">
      <w:pPr>
        <w:pStyle w:val="ListParagraph"/>
        <w:ind w:left="567"/>
        <w:rPr>
          <w:sz w:val="24"/>
          <w:szCs w:val="24"/>
        </w:rPr>
      </w:pPr>
      <w:r>
        <w:rPr>
          <w:sz w:val="24"/>
          <w:szCs w:val="24"/>
        </w:rPr>
        <w:t>Average attendance 175-210, Congregation size 260.</w:t>
      </w:r>
    </w:p>
    <w:p w14:paraId="691C6AF0" w14:textId="4123A804" w:rsidR="00236D69" w:rsidRDefault="00236D69" w:rsidP="00535B9D">
      <w:pPr>
        <w:pStyle w:val="ListParagraph"/>
        <w:numPr>
          <w:ilvl w:val="0"/>
          <w:numId w:val="10"/>
        </w:numPr>
        <w:ind w:left="567" w:hanging="567"/>
        <w:rPr>
          <w:sz w:val="24"/>
          <w:szCs w:val="24"/>
        </w:rPr>
      </w:pPr>
      <w:r>
        <w:rPr>
          <w:sz w:val="24"/>
          <w:szCs w:val="24"/>
        </w:rPr>
        <w:t>Sunday 3.30pm – a monthly afternoon service seeking to serve older people. Average attendance 25-30, Congregation size 10 (a large team facilitates this).</w:t>
      </w:r>
    </w:p>
    <w:p w14:paraId="12B3A488" w14:textId="3793108D" w:rsidR="0097317F" w:rsidRPr="00370215" w:rsidRDefault="00236D69" w:rsidP="00370215">
      <w:pPr>
        <w:pStyle w:val="ListParagraph"/>
        <w:numPr>
          <w:ilvl w:val="0"/>
          <w:numId w:val="10"/>
        </w:numPr>
        <w:ind w:left="567" w:hanging="567"/>
        <w:rPr>
          <w:sz w:val="24"/>
          <w:szCs w:val="24"/>
        </w:rPr>
      </w:pPr>
      <w:r>
        <w:rPr>
          <w:sz w:val="24"/>
          <w:szCs w:val="24"/>
        </w:rPr>
        <w:t>Sunday 7pm – an evening service with a mixture of styles but most a café style teaching service. Average attendance 15-20, those who attend all attend other services.</w:t>
      </w:r>
    </w:p>
    <w:p w14:paraId="2B3BD5D2" w14:textId="3E0CF8DA" w:rsidR="00E0397E" w:rsidRDefault="00CD11F3" w:rsidP="008B6780">
      <w:pPr>
        <w:pStyle w:val="Heading1"/>
        <w:jc w:val="both"/>
      </w:pPr>
      <w:r>
        <w:lastRenderedPageBreak/>
        <w:t>T</w:t>
      </w:r>
      <w:r>
        <w:t>he current youth &amp; children’s ministry</w:t>
      </w:r>
    </w:p>
    <w:p w14:paraId="6B34A4E8" w14:textId="77777777" w:rsidR="00236D69" w:rsidRDefault="00CD11F3" w:rsidP="00236D69">
      <w:pPr>
        <w:pStyle w:val="ListParagraph"/>
        <w:numPr>
          <w:ilvl w:val="0"/>
          <w:numId w:val="11"/>
        </w:numPr>
        <w:spacing w:after="50"/>
        <w:ind w:left="567" w:hanging="567"/>
        <w:jc w:val="both"/>
        <w:rPr>
          <w:sz w:val="24"/>
          <w:szCs w:val="24"/>
        </w:rPr>
      </w:pPr>
      <w:r w:rsidRPr="00236D69">
        <w:rPr>
          <w:sz w:val="24"/>
          <w:szCs w:val="24"/>
        </w:rPr>
        <w:t>Sunday 11.00am: weekly creche, weekly Junior Church (ages 5–11), and a monthly youth group (ages 11–16). Current provision serves around 20–30 children and young people.</w:t>
      </w:r>
    </w:p>
    <w:p w14:paraId="0229C46B" w14:textId="77777777" w:rsidR="00236D69" w:rsidRDefault="00CD11F3" w:rsidP="00236D69">
      <w:pPr>
        <w:pStyle w:val="ListParagraph"/>
        <w:numPr>
          <w:ilvl w:val="0"/>
          <w:numId w:val="11"/>
        </w:numPr>
        <w:spacing w:after="50"/>
        <w:ind w:left="567" w:hanging="567"/>
        <w:jc w:val="both"/>
        <w:rPr>
          <w:sz w:val="24"/>
          <w:szCs w:val="24"/>
        </w:rPr>
      </w:pPr>
      <w:r w:rsidRPr="00236D69">
        <w:rPr>
          <w:sz w:val="24"/>
          <w:szCs w:val="24"/>
        </w:rPr>
        <w:t xml:space="preserve">Tuesday: </w:t>
      </w:r>
      <w:r w:rsidR="008B6780" w:rsidRPr="00236D69">
        <w:rPr>
          <w:sz w:val="24"/>
          <w:szCs w:val="24"/>
        </w:rPr>
        <w:t xml:space="preserve">Bay Ignite - </w:t>
      </w:r>
      <w:r w:rsidRPr="00236D69">
        <w:rPr>
          <w:sz w:val="24"/>
          <w:szCs w:val="24"/>
        </w:rPr>
        <w:t xml:space="preserve">a weekly alternative service involving adults, children and young people; the role </w:t>
      </w:r>
      <w:r w:rsidR="008B6780" w:rsidRPr="00236D69">
        <w:rPr>
          <w:sz w:val="24"/>
          <w:szCs w:val="24"/>
        </w:rPr>
        <w:t>includes taking a significant role in this team. The congregation is up to 60 people.</w:t>
      </w:r>
    </w:p>
    <w:p w14:paraId="3AE18D02" w14:textId="77777777" w:rsidR="00236D69" w:rsidRDefault="00CD11F3" w:rsidP="00236D69">
      <w:pPr>
        <w:pStyle w:val="ListParagraph"/>
        <w:numPr>
          <w:ilvl w:val="0"/>
          <w:numId w:val="11"/>
        </w:numPr>
        <w:spacing w:after="50"/>
        <w:ind w:left="567" w:hanging="567"/>
        <w:jc w:val="both"/>
        <w:rPr>
          <w:sz w:val="24"/>
          <w:szCs w:val="24"/>
        </w:rPr>
      </w:pPr>
      <w:r w:rsidRPr="00236D69">
        <w:rPr>
          <w:sz w:val="24"/>
          <w:szCs w:val="24"/>
        </w:rPr>
        <w:t>Wednesday: a small youth group for churched young people; the role includes leading this team.</w:t>
      </w:r>
    </w:p>
    <w:p w14:paraId="282E3430" w14:textId="77777777" w:rsidR="00236D69" w:rsidRDefault="00CD11F3" w:rsidP="00236D69">
      <w:pPr>
        <w:pStyle w:val="ListParagraph"/>
        <w:numPr>
          <w:ilvl w:val="0"/>
          <w:numId w:val="11"/>
        </w:numPr>
        <w:spacing w:after="50"/>
        <w:ind w:left="567" w:hanging="567"/>
        <w:jc w:val="both"/>
        <w:rPr>
          <w:sz w:val="24"/>
          <w:szCs w:val="24"/>
        </w:rPr>
      </w:pPr>
      <w:r w:rsidRPr="00236D69">
        <w:rPr>
          <w:sz w:val="24"/>
          <w:szCs w:val="24"/>
        </w:rPr>
        <w:t>Schools: established relationships with four non-church schools, including assemblies, Christmas and Easter services, and other opportunities.</w:t>
      </w:r>
    </w:p>
    <w:p w14:paraId="05159296" w14:textId="0FF43F54" w:rsidR="00E0397E" w:rsidRPr="00236D69" w:rsidRDefault="00CD11F3" w:rsidP="00236D69">
      <w:pPr>
        <w:pStyle w:val="ListParagraph"/>
        <w:numPr>
          <w:ilvl w:val="0"/>
          <w:numId w:val="11"/>
        </w:numPr>
        <w:spacing w:after="50"/>
        <w:ind w:left="567" w:hanging="567"/>
        <w:jc w:val="both"/>
        <w:rPr>
          <w:sz w:val="24"/>
          <w:szCs w:val="24"/>
        </w:rPr>
      </w:pPr>
      <w:r w:rsidRPr="00236D69">
        <w:rPr>
          <w:sz w:val="24"/>
          <w:szCs w:val="24"/>
        </w:rPr>
        <w:t>Summer: an annual holiday club for ages 5–11, currently running for three days.</w:t>
      </w:r>
    </w:p>
    <w:p w14:paraId="27A52696" w14:textId="77777777" w:rsidR="00E0397E" w:rsidRDefault="00CD11F3" w:rsidP="008B6780">
      <w:pPr>
        <w:pStyle w:val="Heading1"/>
        <w:jc w:val="both"/>
      </w:pPr>
      <w:r>
        <w:t>Where we want to go next</w:t>
      </w:r>
    </w:p>
    <w:p w14:paraId="40C66B23" w14:textId="77777777" w:rsidR="00236D69" w:rsidRDefault="00CD11F3" w:rsidP="00236D69">
      <w:pPr>
        <w:pStyle w:val="ListParagraph"/>
        <w:numPr>
          <w:ilvl w:val="0"/>
          <w:numId w:val="12"/>
        </w:numPr>
        <w:spacing w:after="50"/>
        <w:ind w:left="567" w:hanging="567"/>
        <w:jc w:val="both"/>
        <w:rPr>
          <w:sz w:val="24"/>
          <w:szCs w:val="24"/>
        </w:rPr>
      </w:pPr>
      <w:r w:rsidRPr="00236D69">
        <w:rPr>
          <w:sz w:val="24"/>
          <w:szCs w:val="24"/>
        </w:rPr>
        <w:t>Open youth work with young people not yet engaged with church.</w:t>
      </w:r>
    </w:p>
    <w:p w14:paraId="0915CFD8" w14:textId="77777777" w:rsidR="00E577C4" w:rsidRDefault="00CD11F3" w:rsidP="00236D69">
      <w:pPr>
        <w:pStyle w:val="ListParagraph"/>
        <w:numPr>
          <w:ilvl w:val="0"/>
          <w:numId w:val="12"/>
        </w:numPr>
        <w:spacing w:after="50"/>
        <w:ind w:left="567" w:hanging="567"/>
        <w:jc w:val="both"/>
        <w:rPr>
          <w:sz w:val="24"/>
          <w:szCs w:val="24"/>
        </w:rPr>
      </w:pPr>
      <w:r w:rsidRPr="00236D69">
        <w:rPr>
          <w:sz w:val="24"/>
          <w:szCs w:val="24"/>
        </w:rPr>
        <w:t xml:space="preserve">Stronger discipleship opportunities, especially for </w:t>
      </w:r>
      <w:r w:rsidR="008B6780" w:rsidRPr="00236D69">
        <w:rPr>
          <w:sz w:val="24"/>
          <w:szCs w:val="24"/>
        </w:rPr>
        <w:t>older teens</w:t>
      </w:r>
      <w:r w:rsidRPr="00236D69">
        <w:rPr>
          <w:sz w:val="24"/>
          <w:szCs w:val="24"/>
        </w:rPr>
        <w:t>.</w:t>
      </w:r>
    </w:p>
    <w:p w14:paraId="441EFF31" w14:textId="77777777" w:rsidR="00E577C4" w:rsidRDefault="00CD11F3" w:rsidP="00E577C4">
      <w:pPr>
        <w:pStyle w:val="ListParagraph"/>
        <w:numPr>
          <w:ilvl w:val="0"/>
          <w:numId w:val="12"/>
        </w:numPr>
        <w:spacing w:after="50"/>
        <w:ind w:left="567" w:hanging="567"/>
        <w:jc w:val="both"/>
        <w:rPr>
          <w:sz w:val="24"/>
          <w:szCs w:val="24"/>
        </w:rPr>
      </w:pPr>
      <w:r w:rsidRPr="00E577C4">
        <w:rPr>
          <w:sz w:val="24"/>
          <w:szCs w:val="24"/>
        </w:rPr>
        <w:t>A broader age range and stronger culture of volunteer involvement, including training newer Christians.</w:t>
      </w:r>
    </w:p>
    <w:p w14:paraId="7BD4053D" w14:textId="77777777" w:rsidR="00E577C4" w:rsidRDefault="00CD11F3" w:rsidP="00E577C4">
      <w:pPr>
        <w:pStyle w:val="ListParagraph"/>
        <w:numPr>
          <w:ilvl w:val="0"/>
          <w:numId w:val="12"/>
        </w:numPr>
        <w:spacing w:after="50"/>
        <w:ind w:left="567" w:hanging="567"/>
        <w:jc w:val="both"/>
        <w:rPr>
          <w:sz w:val="24"/>
          <w:szCs w:val="24"/>
        </w:rPr>
      </w:pPr>
      <w:r w:rsidRPr="00E577C4">
        <w:rPr>
          <w:sz w:val="24"/>
          <w:szCs w:val="24"/>
        </w:rPr>
        <w:t>Greater involvement of young people in Sunday worship.</w:t>
      </w:r>
    </w:p>
    <w:p w14:paraId="78575C90" w14:textId="77777777" w:rsidR="00E577C4" w:rsidRDefault="00CD11F3" w:rsidP="00E577C4">
      <w:pPr>
        <w:pStyle w:val="ListParagraph"/>
        <w:numPr>
          <w:ilvl w:val="0"/>
          <w:numId w:val="12"/>
        </w:numPr>
        <w:spacing w:after="50"/>
        <w:ind w:left="567" w:hanging="567"/>
        <w:jc w:val="both"/>
        <w:rPr>
          <w:sz w:val="24"/>
          <w:szCs w:val="24"/>
        </w:rPr>
      </w:pPr>
      <w:r w:rsidRPr="00E577C4">
        <w:rPr>
          <w:sz w:val="24"/>
          <w:szCs w:val="24"/>
        </w:rPr>
        <w:t>One-off events and other opportunities for children and youth.</w:t>
      </w:r>
    </w:p>
    <w:p w14:paraId="717BBB80" w14:textId="477F43C3" w:rsidR="00E0397E" w:rsidRPr="00E577C4" w:rsidRDefault="00CD11F3" w:rsidP="00E577C4">
      <w:pPr>
        <w:pStyle w:val="ListParagraph"/>
        <w:numPr>
          <w:ilvl w:val="0"/>
          <w:numId w:val="12"/>
        </w:numPr>
        <w:spacing w:after="50"/>
        <w:ind w:left="567" w:hanging="567"/>
        <w:jc w:val="both"/>
        <w:rPr>
          <w:sz w:val="24"/>
          <w:szCs w:val="24"/>
        </w:rPr>
      </w:pPr>
      <w:r w:rsidRPr="00E577C4">
        <w:rPr>
          <w:sz w:val="24"/>
          <w:szCs w:val="24"/>
        </w:rPr>
        <w:t xml:space="preserve">In the longer term, a youth service </w:t>
      </w:r>
      <w:r w:rsidR="008B6780" w:rsidRPr="00E577C4">
        <w:rPr>
          <w:sz w:val="24"/>
          <w:szCs w:val="24"/>
        </w:rPr>
        <w:t>to be established</w:t>
      </w:r>
      <w:r>
        <w:t>.</w:t>
      </w:r>
    </w:p>
    <w:p w14:paraId="7012B57D" w14:textId="77777777" w:rsidR="00E0397E" w:rsidRPr="008B6780" w:rsidRDefault="00CD11F3" w:rsidP="008B6780">
      <w:pPr>
        <w:pStyle w:val="Title"/>
        <w:spacing w:after="40"/>
        <w:jc w:val="both"/>
        <w:rPr>
          <w:sz w:val="48"/>
          <w:szCs w:val="48"/>
        </w:rPr>
      </w:pPr>
      <w:r w:rsidRPr="008B6780">
        <w:rPr>
          <w:sz w:val="48"/>
          <w:szCs w:val="48"/>
        </w:rPr>
        <w:t>Schools, community &amp; the wider church</w:t>
      </w:r>
    </w:p>
    <w:p w14:paraId="18C97951" w14:textId="77777777" w:rsidR="00E0397E" w:rsidRDefault="00CD11F3" w:rsidP="008B6780">
      <w:pPr>
        <w:spacing w:after="140"/>
        <w:jc w:val="both"/>
      </w:pPr>
      <w:r>
        <w:rPr>
          <w:b/>
          <w:sz w:val="25"/>
        </w:rPr>
        <w:t>The youth and children’s ministry sits within a much bigger network of relationships and opportunities.</w:t>
      </w:r>
    </w:p>
    <w:p w14:paraId="043FEA7A" w14:textId="77777777" w:rsidR="00E0397E" w:rsidRDefault="00CD11F3" w:rsidP="008B6780">
      <w:pPr>
        <w:pStyle w:val="Heading1"/>
        <w:jc w:val="both"/>
      </w:pPr>
      <w:r>
        <w:t>Schools &amp; community connections</w:t>
      </w:r>
    </w:p>
    <w:p w14:paraId="2312F9D4" w14:textId="6461C7A0" w:rsidR="00E0397E" w:rsidRPr="008B6780" w:rsidRDefault="00CD11F3" w:rsidP="008B6780">
      <w:pPr>
        <w:jc w:val="both"/>
        <w:rPr>
          <w:sz w:val="24"/>
          <w:szCs w:val="24"/>
        </w:rPr>
      </w:pPr>
      <w:r w:rsidRPr="008B6780">
        <w:rPr>
          <w:sz w:val="24"/>
          <w:szCs w:val="24"/>
        </w:rPr>
        <w:t xml:space="preserve">Our links with local schools are an important bridge into the wider community. We currently serve four non-church schools with assemblies and services, particularly around Christmas and Easter, and have a relationship with the </w:t>
      </w:r>
      <w:r w:rsidR="008B6780" w:rsidRPr="008B6780">
        <w:rPr>
          <w:sz w:val="24"/>
          <w:szCs w:val="24"/>
        </w:rPr>
        <w:t>town’s</w:t>
      </w:r>
      <w:r w:rsidRPr="008B6780">
        <w:rPr>
          <w:sz w:val="24"/>
          <w:szCs w:val="24"/>
        </w:rPr>
        <w:t xml:space="preserve"> secondary school. The new minister will support and build on relationships already established by other staff.</w:t>
      </w:r>
    </w:p>
    <w:p w14:paraId="2A06F3A3" w14:textId="69AE55E2" w:rsidR="00E0397E" w:rsidRPr="008B6780" w:rsidRDefault="00CD11F3" w:rsidP="008B6780">
      <w:pPr>
        <w:jc w:val="both"/>
        <w:rPr>
          <w:sz w:val="24"/>
          <w:szCs w:val="24"/>
        </w:rPr>
      </w:pPr>
      <w:r w:rsidRPr="008B6780">
        <w:rPr>
          <w:sz w:val="24"/>
          <w:szCs w:val="24"/>
        </w:rPr>
        <w:t xml:space="preserve">Our wider community ministry includes </w:t>
      </w:r>
      <w:r w:rsidR="00E577C4">
        <w:rPr>
          <w:sz w:val="24"/>
          <w:szCs w:val="24"/>
        </w:rPr>
        <w:t>the</w:t>
      </w:r>
      <w:r w:rsidRPr="008B6780">
        <w:rPr>
          <w:sz w:val="24"/>
          <w:szCs w:val="24"/>
        </w:rPr>
        <w:t xml:space="preserve"> South Room offering practical help with computers, benefits and jobs; a food larder responding to current economic pressures</w:t>
      </w:r>
      <w:r w:rsidR="00E577C4">
        <w:rPr>
          <w:sz w:val="24"/>
          <w:szCs w:val="24"/>
        </w:rPr>
        <w:t xml:space="preserve"> and being responsible for the town’s Remembrance Day activities</w:t>
      </w:r>
      <w:r w:rsidRPr="008B6780">
        <w:rPr>
          <w:sz w:val="24"/>
          <w:szCs w:val="24"/>
        </w:rPr>
        <w:t>.</w:t>
      </w:r>
    </w:p>
    <w:p w14:paraId="67BD81D7" w14:textId="77777777" w:rsidR="00E0397E" w:rsidRDefault="00CD11F3" w:rsidP="008B6780">
      <w:pPr>
        <w:pStyle w:val="Heading1"/>
        <w:jc w:val="both"/>
      </w:pPr>
      <w:r>
        <w:t>The staff team</w:t>
      </w:r>
    </w:p>
    <w:p w14:paraId="6C2AF5D6" w14:textId="2B7D44BF" w:rsidR="00E0397E" w:rsidRPr="008B6780" w:rsidRDefault="00CD11F3" w:rsidP="008B6780">
      <w:pPr>
        <w:jc w:val="both"/>
        <w:rPr>
          <w:sz w:val="24"/>
          <w:szCs w:val="24"/>
        </w:rPr>
      </w:pPr>
      <w:r w:rsidRPr="008B6780">
        <w:rPr>
          <w:sz w:val="24"/>
          <w:szCs w:val="24"/>
        </w:rPr>
        <w:t>The staff team includes Vicar Anthony Everett, Associate Vicar Simon Fellows, and Denise Parrett, a self-supporting curate and part-time paid staff worker with major responsibility for music, alongside a part-time administrator and cleaner. The team meets regularly for prayer, Bible study, encouragement and practical planning. There are also many lay volunteers and f</w:t>
      </w:r>
      <w:r w:rsidR="00E577C4">
        <w:rPr>
          <w:sz w:val="24"/>
          <w:szCs w:val="24"/>
        </w:rPr>
        <w:t>our</w:t>
      </w:r>
      <w:r w:rsidRPr="008B6780">
        <w:rPr>
          <w:sz w:val="24"/>
          <w:szCs w:val="24"/>
        </w:rPr>
        <w:t xml:space="preserve"> PTO clergy.</w:t>
      </w:r>
    </w:p>
    <w:p w14:paraId="4725FFB0" w14:textId="77777777" w:rsidR="00E0397E" w:rsidRPr="008B6780" w:rsidRDefault="00CD11F3" w:rsidP="008B6780">
      <w:pPr>
        <w:jc w:val="both"/>
        <w:rPr>
          <w:sz w:val="24"/>
          <w:szCs w:val="24"/>
        </w:rPr>
      </w:pPr>
      <w:r w:rsidRPr="008B6780">
        <w:rPr>
          <w:sz w:val="24"/>
          <w:szCs w:val="24"/>
        </w:rPr>
        <w:t>We want staff to work collaboratively, support one another and make good use of the gifts and ministry experience already present within the church family.</w:t>
      </w:r>
    </w:p>
    <w:p w14:paraId="17CEE0FA" w14:textId="26524841" w:rsidR="00E0397E" w:rsidRDefault="00CD11F3" w:rsidP="008B6780">
      <w:pPr>
        <w:pStyle w:val="Heading1"/>
        <w:jc w:val="both"/>
      </w:pPr>
      <w:r>
        <w:lastRenderedPageBreak/>
        <w:t>Church life</w:t>
      </w:r>
      <w:r w:rsidR="004B27E7">
        <w:t xml:space="preserve"> </w:t>
      </w:r>
    </w:p>
    <w:p w14:paraId="769988B8" w14:textId="443B6BF4" w:rsidR="00E0397E" w:rsidRPr="008B6780" w:rsidRDefault="00CD11F3" w:rsidP="008B6780">
      <w:pPr>
        <w:jc w:val="both"/>
        <w:rPr>
          <w:sz w:val="24"/>
          <w:szCs w:val="24"/>
        </w:rPr>
      </w:pPr>
      <w:r w:rsidRPr="008B6780">
        <w:rPr>
          <w:sz w:val="24"/>
          <w:szCs w:val="24"/>
        </w:rPr>
        <w:t xml:space="preserve">Alongside </w:t>
      </w:r>
      <w:r w:rsidR="00E577C4">
        <w:rPr>
          <w:sz w:val="24"/>
          <w:szCs w:val="24"/>
        </w:rPr>
        <w:t xml:space="preserve">the ministries already mentioned the church has </w:t>
      </w:r>
      <w:r w:rsidRPr="008B6780">
        <w:rPr>
          <w:sz w:val="24"/>
          <w:szCs w:val="24"/>
        </w:rPr>
        <w:t>s</w:t>
      </w:r>
      <w:r w:rsidR="00E577C4">
        <w:rPr>
          <w:sz w:val="24"/>
          <w:szCs w:val="24"/>
        </w:rPr>
        <w:t>even</w:t>
      </w:r>
      <w:r w:rsidRPr="008B6780">
        <w:rPr>
          <w:sz w:val="24"/>
          <w:szCs w:val="24"/>
        </w:rPr>
        <w:t xml:space="preserve">teen homegroups, Christianity Explained and Growing in Faith courses, prayer gatherings, </w:t>
      </w:r>
      <w:r w:rsidR="008F4700">
        <w:rPr>
          <w:sz w:val="24"/>
          <w:szCs w:val="24"/>
        </w:rPr>
        <w:t xml:space="preserve">weekly zoom prayer, </w:t>
      </w:r>
      <w:r w:rsidRPr="008B6780">
        <w:rPr>
          <w:sz w:val="24"/>
          <w:szCs w:val="24"/>
        </w:rPr>
        <w:t>teaching events, social activities, men’s and women’s ministry, leadership training and community-facing initiatives.</w:t>
      </w:r>
    </w:p>
    <w:p w14:paraId="7B1EF9FE" w14:textId="71D4A159" w:rsidR="00E0397E" w:rsidRPr="008F4700" w:rsidRDefault="00CD11F3" w:rsidP="008B6780">
      <w:pPr>
        <w:jc w:val="both"/>
        <w:rPr>
          <w:strike/>
          <w:sz w:val="24"/>
          <w:szCs w:val="24"/>
        </w:rPr>
      </w:pPr>
      <w:r w:rsidRPr="008B6780">
        <w:rPr>
          <w:sz w:val="24"/>
          <w:szCs w:val="24"/>
        </w:rPr>
        <w:t xml:space="preserve">The intention is not for the Youth &amp; Children’s Minister to </w:t>
      </w:r>
      <w:r w:rsidR="00E577C4">
        <w:rPr>
          <w:sz w:val="24"/>
          <w:szCs w:val="24"/>
        </w:rPr>
        <w:t xml:space="preserve">be involved in </w:t>
      </w:r>
      <w:r w:rsidRPr="008B6780">
        <w:rPr>
          <w:sz w:val="24"/>
          <w:szCs w:val="24"/>
        </w:rPr>
        <w:t xml:space="preserve"> all of this, but to become part of a wider church culture where ministry is shared, people are equipped and the different parts of </w:t>
      </w:r>
      <w:r w:rsidRPr="008F4700">
        <w:rPr>
          <w:sz w:val="24"/>
          <w:szCs w:val="24"/>
        </w:rPr>
        <w:t>church life work together</w:t>
      </w:r>
      <w:r w:rsidR="001D673A" w:rsidRPr="008F4700">
        <w:rPr>
          <w:sz w:val="24"/>
          <w:szCs w:val="24"/>
        </w:rPr>
        <w:t xml:space="preserve">, with this new role being </w:t>
      </w:r>
      <w:r w:rsidR="002747FC" w:rsidRPr="008F4700">
        <w:rPr>
          <w:sz w:val="24"/>
          <w:szCs w:val="24"/>
        </w:rPr>
        <w:t>an active part of the Church Staff Team.</w:t>
      </w:r>
    </w:p>
    <w:p w14:paraId="724034BB" w14:textId="77777777" w:rsidR="00E0397E" w:rsidRDefault="00CD11F3" w:rsidP="008B6780">
      <w:pPr>
        <w:pStyle w:val="Heading1"/>
        <w:jc w:val="both"/>
      </w:pPr>
      <w:r>
        <w:t>Life in Herne Bay</w:t>
      </w:r>
    </w:p>
    <w:p w14:paraId="2433DEE6" w14:textId="77777777" w:rsidR="00E0397E" w:rsidRPr="008B6780" w:rsidRDefault="00CD11F3" w:rsidP="008B6780">
      <w:pPr>
        <w:jc w:val="both"/>
        <w:rPr>
          <w:sz w:val="24"/>
          <w:szCs w:val="24"/>
        </w:rPr>
      </w:pPr>
      <w:r w:rsidRPr="008B6780">
        <w:rPr>
          <w:sz w:val="24"/>
          <w:szCs w:val="24"/>
        </w:rPr>
        <w:t>Herne Bay offers seaside living, walks along the coast, woods and a changing local community. We see the town not simply as somewhere to live, but as the community in which we want to serve, build relationships and share the good news of Jesus.</w:t>
      </w:r>
    </w:p>
    <w:p w14:paraId="74FAE5DC" w14:textId="77777777" w:rsidR="00E0397E" w:rsidRDefault="00CD11F3" w:rsidP="008B6780">
      <w:pPr>
        <w:pStyle w:val="Heading1"/>
        <w:jc w:val="both"/>
      </w:pPr>
      <w:r>
        <w:t>Time off &amp; practicalities</w:t>
      </w:r>
    </w:p>
    <w:p w14:paraId="128C5EA6" w14:textId="77777777" w:rsidR="00E577C4" w:rsidRDefault="00CD11F3" w:rsidP="00E577C4">
      <w:pPr>
        <w:pStyle w:val="ListParagraph"/>
        <w:numPr>
          <w:ilvl w:val="0"/>
          <w:numId w:val="13"/>
        </w:numPr>
        <w:spacing w:after="50"/>
        <w:ind w:left="567" w:hanging="567"/>
        <w:jc w:val="both"/>
        <w:rPr>
          <w:sz w:val="24"/>
          <w:szCs w:val="24"/>
        </w:rPr>
      </w:pPr>
      <w:r w:rsidRPr="00E577C4">
        <w:rPr>
          <w:sz w:val="24"/>
          <w:szCs w:val="24"/>
        </w:rPr>
        <w:t>The staff team is committed to a proper day off each week, five weeks’ holiday and time off during the working week.</w:t>
      </w:r>
    </w:p>
    <w:p w14:paraId="39D72082" w14:textId="77777777" w:rsidR="00E577C4" w:rsidRDefault="00CD11F3" w:rsidP="00E577C4">
      <w:pPr>
        <w:pStyle w:val="ListParagraph"/>
        <w:numPr>
          <w:ilvl w:val="0"/>
          <w:numId w:val="13"/>
        </w:numPr>
        <w:spacing w:after="50"/>
        <w:ind w:left="567" w:hanging="567"/>
        <w:jc w:val="both"/>
        <w:rPr>
          <w:sz w:val="24"/>
          <w:szCs w:val="24"/>
        </w:rPr>
      </w:pPr>
      <w:r w:rsidRPr="00E577C4">
        <w:rPr>
          <w:sz w:val="24"/>
          <w:szCs w:val="24"/>
        </w:rPr>
        <w:t>One conference a year is supported for growth and encouragement outside the parish.</w:t>
      </w:r>
    </w:p>
    <w:p w14:paraId="6D9AC3AA" w14:textId="77777777" w:rsidR="00E577C4" w:rsidRPr="00E577C4" w:rsidRDefault="00CD11F3" w:rsidP="00E577C4">
      <w:pPr>
        <w:pStyle w:val="ListParagraph"/>
        <w:numPr>
          <w:ilvl w:val="0"/>
          <w:numId w:val="13"/>
        </w:numPr>
        <w:spacing w:after="50"/>
        <w:ind w:left="567" w:hanging="567"/>
        <w:jc w:val="both"/>
        <w:rPr>
          <w:sz w:val="24"/>
          <w:szCs w:val="24"/>
        </w:rPr>
      </w:pPr>
      <w:r w:rsidRPr="00E577C4">
        <w:rPr>
          <w:sz w:val="24"/>
          <w:szCs w:val="24"/>
        </w:rPr>
        <w:t>Reasonable expenses will be refunded.</w:t>
      </w:r>
      <w:r w:rsidRPr="00E577C4">
        <w:rPr>
          <w:b/>
          <w:color w:val="2C8C8A"/>
          <w:sz w:val="24"/>
          <w:szCs w:val="24"/>
        </w:rPr>
        <w:t xml:space="preserve"> </w:t>
      </w:r>
    </w:p>
    <w:p w14:paraId="22DD0ED0" w14:textId="7C694576" w:rsidR="00E0397E" w:rsidRPr="00E577C4" w:rsidRDefault="00CD11F3" w:rsidP="00E577C4">
      <w:pPr>
        <w:pStyle w:val="ListParagraph"/>
        <w:numPr>
          <w:ilvl w:val="0"/>
          <w:numId w:val="13"/>
        </w:numPr>
        <w:spacing w:after="50"/>
        <w:ind w:left="567" w:hanging="567"/>
        <w:jc w:val="both"/>
        <w:rPr>
          <w:sz w:val="24"/>
          <w:szCs w:val="24"/>
        </w:rPr>
      </w:pPr>
      <w:r w:rsidRPr="00E577C4">
        <w:rPr>
          <w:sz w:val="24"/>
          <w:szCs w:val="24"/>
        </w:rPr>
        <w:t>The person appointed will need to find their own accommodation. Where possible, the church will help with local knowledge.</w:t>
      </w:r>
    </w:p>
    <w:p w14:paraId="158E0168" w14:textId="77777777" w:rsidR="00E0397E" w:rsidRDefault="00CD11F3" w:rsidP="008B6780">
      <w:pPr>
        <w:pStyle w:val="Heading1"/>
        <w:jc w:val="both"/>
      </w:pPr>
      <w:r>
        <w:t>Find out more</w:t>
      </w:r>
    </w:p>
    <w:p w14:paraId="280A93B0" w14:textId="459D0C7B" w:rsidR="00E0397E" w:rsidRPr="008B6780" w:rsidRDefault="00CD11F3" w:rsidP="008B6780">
      <w:pPr>
        <w:jc w:val="both"/>
        <w:rPr>
          <w:sz w:val="24"/>
          <w:szCs w:val="24"/>
        </w:rPr>
      </w:pPr>
      <w:r w:rsidRPr="008B6780">
        <w:rPr>
          <w:sz w:val="24"/>
          <w:szCs w:val="24"/>
        </w:rPr>
        <w:t>The church website and Facebook page provide current information and recent material. Website: parishofhernebay.org.uk. Facebook: Christ Church St Andrews.</w:t>
      </w:r>
    </w:p>
    <w:sectPr w:rsidR="00E0397E" w:rsidRPr="008B6780" w:rsidSect="00034616">
      <w:headerReference w:type="default" r:id="rId9"/>
      <w:footerReference w:type="default" r:id="rId10"/>
      <w:pgSz w:w="12240" w:h="15840"/>
      <w:pgMar w:top="648" w:right="893" w:bottom="720" w:left="8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0E5A8" w14:textId="77777777" w:rsidR="00CD11F3" w:rsidRDefault="00CD11F3" w:rsidP="006D46FB">
      <w:pPr>
        <w:spacing w:after="0" w:line="240" w:lineRule="auto"/>
      </w:pPr>
      <w:r>
        <w:separator/>
      </w:r>
    </w:p>
  </w:endnote>
  <w:endnote w:type="continuationSeparator" w:id="0">
    <w:p w14:paraId="6C38518C" w14:textId="77777777" w:rsidR="00CD11F3" w:rsidRDefault="00CD11F3" w:rsidP="006D46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2F4AD" w14:textId="77777777" w:rsidR="00370215" w:rsidRPr="00370215" w:rsidRDefault="00370215" w:rsidP="00370215">
    <w:pPr>
      <w:tabs>
        <w:tab w:val="center" w:pos="4680"/>
        <w:tab w:val="right" w:pos="9360"/>
      </w:tabs>
      <w:spacing w:after="0" w:line="240" w:lineRule="auto"/>
      <w:jc w:val="center"/>
      <w:rPr>
        <w:color w:val="242424"/>
        <w:sz w:val="21"/>
      </w:rPr>
    </w:pPr>
    <w:r w:rsidRPr="00370215">
      <w:rPr>
        <w:color w:val="666666"/>
        <w:sz w:val="15"/>
      </w:rPr>
      <w:t xml:space="preserve">Youth &amp; Children’s </w:t>
    </w:r>
    <w:proofErr w:type="gramStart"/>
    <w:r w:rsidRPr="00370215">
      <w:rPr>
        <w:color w:val="666666"/>
        <w:sz w:val="15"/>
      </w:rPr>
      <w:t>Minister  |</w:t>
    </w:r>
    <w:proofErr w:type="gramEnd"/>
    <w:r w:rsidRPr="00370215">
      <w:rPr>
        <w:color w:val="666666"/>
        <w:sz w:val="15"/>
      </w:rPr>
      <w:t xml:space="preserve">  Christ Church St Andrews</w:t>
    </w:r>
  </w:p>
  <w:p w14:paraId="322D4BD4" w14:textId="77777777" w:rsidR="00370215" w:rsidRDefault="003702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0438E" w14:textId="77777777" w:rsidR="00CD11F3" w:rsidRDefault="00CD11F3" w:rsidP="006D46FB">
      <w:pPr>
        <w:spacing w:after="0" w:line="240" w:lineRule="auto"/>
      </w:pPr>
      <w:r>
        <w:separator/>
      </w:r>
    </w:p>
  </w:footnote>
  <w:footnote w:type="continuationSeparator" w:id="0">
    <w:p w14:paraId="076E78C0" w14:textId="77777777" w:rsidR="00CD11F3" w:rsidRDefault="00CD11F3" w:rsidP="006D46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3593A" w14:textId="77777777" w:rsidR="006D46FB" w:rsidRPr="006D46FB" w:rsidRDefault="006D46FB" w:rsidP="006D46FB">
    <w:pPr>
      <w:pBdr>
        <w:bottom w:val="single" w:sz="10" w:space="3" w:color="F4C542"/>
      </w:pBdr>
      <w:tabs>
        <w:tab w:val="center" w:pos="4680"/>
        <w:tab w:val="right" w:pos="9360"/>
      </w:tabs>
      <w:spacing w:after="0" w:line="240" w:lineRule="auto"/>
      <w:jc w:val="right"/>
      <w:rPr>
        <w:color w:val="242424"/>
        <w:sz w:val="21"/>
      </w:rPr>
    </w:pPr>
    <w:r w:rsidRPr="006D46FB">
      <w:rPr>
        <w:b/>
        <w:color w:val="242424"/>
        <w:sz w:val="15"/>
      </w:rPr>
      <w:t xml:space="preserve">CHRIST CHURCH ST </w:t>
    </w:r>
    <w:proofErr w:type="gramStart"/>
    <w:r w:rsidRPr="006D46FB">
      <w:rPr>
        <w:b/>
        <w:color w:val="242424"/>
        <w:sz w:val="15"/>
      </w:rPr>
      <w:t>ANDREWS  •</w:t>
    </w:r>
    <w:proofErr w:type="gramEnd"/>
    <w:r w:rsidRPr="006D46FB">
      <w:rPr>
        <w:b/>
        <w:color w:val="242424"/>
        <w:sz w:val="15"/>
      </w:rPr>
      <w:t xml:space="preserve">  YOUTH &amp; CHILDREN’S MINISTRY</w:t>
    </w:r>
  </w:p>
  <w:p w14:paraId="144EBF8C" w14:textId="77777777" w:rsidR="006D46FB" w:rsidRDefault="006D46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92D3B56"/>
    <w:multiLevelType w:val="hybridMultilevel"/>
    <w:tmpl w:val="2F52A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194FAA"/>
    <w:multiLevelType w:val="hybridMultilevel"/>
    <w:tmpl w:val="3C5E6C8A"/>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11" w15:restartNumberingAfterBreak="0">
    <w:nsid w:val="3D0655C4"/>
    <w:multiLevelType w:val="hybridMultilevel"/>
    <w:tmpl w:val="12C6A14E"/>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12" w15:restartNumberingAfterBreak="0">
    <w:nsid w:val="74A352CA"/>
    <w:multiLevelType w:val="hybridMultilevel"/>
    <w:tmpl w:val="A58C7AC4"/>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num w:numId="1" w16cid:durableId="1522694854">
    <w:abstractNumId w:val="8"/>
  </w:num>
  <w:num w:numId="2" w16cid:durableId="1655374007">
    <w:abstractNumId w:val="6"/>
  </w:num>
  <w:num w:numId="3" w16cid:durableId="1957249100">
    <w:abstractNumId w:val="5"/>
  </w:num>
  <w:num w:numId="4" w16cid:durableId="106514063">
    <w:abstractNumId w:val="4"/>
  </w:num>
  <w:num w:numId="5" w16cid:durableId="1228415432">
    <w:abstractNumId w:val="7"/>
  </w:num>
  <w:num w:numId="6" w16cid:durableId="988510651">
    <w:abstractNumId w:val="3"/>
  </w:num>
  <w:num w:numId="7" w16cid:durableId="2074040375">
    <w:abstractNumId w:val="2"/>
  </w:num>
  <w:num w:numId="8" w16cid:durableId="1770618717">
    <w:abstractNumId w:val="1"/>
  </w:num>
  <w:num w:numId="9" w16cid:durableId="872771251">
    <w:abstractNumId w:val="0"/>
  </w:num>
  <w:num w:numId="10" w16cid:durableId="238290730">
    <w:abstractNumId w:val="9"/>
  </w:num>
  <w:num w:numId="11" w16cid:durableId="662052490">
    <w:abstractNumId w:val="11"/>
  </w:num>
  <w:num w:numId="12" w16cid:durableId="1362317917">
    <w:abstractNumId w:val="12"/>
  </w:num>
  <w:num w:numId="13" w16cid:durableId="5258258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D673A"/>
    <w:rsid w:val="00236D69"/>
    <w:rsid w:val="002747FC"/>
    <w:rsid w:val="00294D91"/>
    <w:rsid w:val="0029639D"/>
    <w:rsid w:val="00326F90"/>
    <w:rsid w:val="00370215"/>
    <w:rsid w:val="004B27E7"/>
    <w:rsid w:val="004B38C1"/>
    <w:rsid w:val="0050055D"/>
    <w:rsid w:val="00535B9D"/>
    <w:rsid w:val="005D2CC7"/>
    <w:rsid w:val="006703E4"/>
    <w:rsid w:val="006D46FB"/>
    <w:rsid w:val="00740906"/>
    <w:rsid w:val="007C0A53"/>
    <w:rsid w:val="00885FD2"/>
    <w:rsid w:val="008B6780"/>
    <w:rsid w:val="008F4700"/>
    <w:rsid w:val="0097317F"/>
    <w:rsid w:val="00AA1D8D"/>
    <w:rsid w:val="00AE5696"/>
    <w:rsid w:val="00B47730"/>
    <w:rsid w:val="00CB0664"/>
    <w:rsid w:val="00CD11F3"/>
    <w:rsid w:val="00D241A6"/>
    <w:rsid w:val="00DD44CE"/>
    <w:rsid w:val="00E0397E"/>
    <w:rsid w:val="00E577C4"/>
    <w:rsid w:val="00F6145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7F72CD"/>
  <w14:defaultImageDpi w14:val="300"/>
  <w15:docId w15:val="{D1522D04-F131-4E68-A558-EAE910F34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4" w:lineRule="auto"/>
    </w:pPr>
    <w:rPr>
      <w:rFonts w:ascii="Aptos" w:hAnsi="Aptos"/>
      <w:color w:val="243746"/>
      <w:sz w:val="18"/>
    </w:rPr>
  </w:style>
  <w:style w:type="paragraph" w:styleId="Heading1">
    <w:name w:val="heading 1"/>
    <w:basedOn w:val="Normal"/>
    <w:next w:val="Normal"/>
    <w:link w:val="Heading1Char"/>
    <w:uiPriority w:val="9"/>
    <w:qFormat/>
    <w:rsid w:val="00FC693F"/>
    <w:pPr>
      <w:keepNext/>
      <w:keepLines/>
      <w:spacing w:before="140" w:after="60"/>
      <w:outlineLvl w:val="0"/>
    </w:pPr>
    <w:rPr>
      <w:rFonts w:asciiTheme="majorHAnsi" w:eastAsiaTheme="majorEastAsia" w:hAnsiTheme="majorHAnsi" w:cstheme="majorBidi"/>
      <w:b/>
      <w:bCs/>
      <w:color w:val="123A63"/>
      <w:sz w:val="36"/>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b/>
      <w:bCs/>
      <w:color w:val="1D5F9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40" w:after="60" w:line="240" w:lineRule="auto"/>
      <w:contextualSpacing/>
    </w:pPr>
    <w:rPr>
      <w:rFonts w:asciiTheme="majorHAnsi" w:eastAsiaTheme="majorEastAsia" w:hAnsiTheme="majorHAnsi" w:cstheme="majorBidi"/>
      <w:b/>
      <w:color w:val="123A63"/>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874</Words>
  <Characters>4983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Simon Fellows</cp:lastModifiedBy>
  <cp:revision>6</cp:revision>
  <dcterms:created xsi:type="dcterms:W3CDTF">2026-09-14T12:10:00Z</dcterms:created>
  <dcterms:modified xsi:type="dcterms:W3CDTF">2026-09-15T10:38:00Z</dcterms:modified>
  <cp:category/>
</cp:coreProperties>
</file>